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מספרי חירום ושיחת חירום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מספרי החירום ואת תפקיד כל גוף 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לבצע שיחת חירום נכונה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מתי וכיצד נכון להתקשר למספרי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מספר לגוף הצלה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(מד״א)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(כבאות והצלה)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(משטרה)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- איזה מספר להתקשר?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מתקשרים רק במצב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בכללי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לקרוא למבוגר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עוזר בשיחת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לא מנתקים עד שאומרים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מקשיבים ועונים ברוגע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מנתקים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שיחת החירום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אומרים מי אני: שם וגיל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איפה אני: כתובת או סימן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 לשאלות ועונים ברוגע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מנתקים עד שאומרים 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מצב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יכתוב: זיהוי הסכנה, התרחקות ממנה, קריאה למבוגר אם יש, חיוג למספר המתאים, אמירת שם וגיל, מיקום, מה קרה, הקשבה ומענה בשקט, אי ניתוק עד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משטרה, 101 מד״א, 102 כבאות והצלה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מי אני - שם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כשזה לא מצב אמיתי, לבדיקה או בצחוק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שיחת חירום מדומה בזוגות לפי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לוודא שכל תלמיד יודע בעל פה את הכתובת והטלפון של ההורים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מצבים שונים ולשאול למי מתקשרים בכל מצב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מספרי חירום ושיחת חירום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מספרי החירום בישראל ואת הדרך הנכונה לדבר עם המוקדן כשיש מצב חירום אמיתי.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מספר לגוף הצלה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מד״א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3. 102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ריח גז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כבאות והצלה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 אבוד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כבאות והצלה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- איזה מספר להתקשר?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נפל ונפצע ברגל,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יש עשן בבית,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רואים תאונת דרכים,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מרגישים ריח חזק של גז בבית,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מתקשרים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רואים ילד קטן לבד בלי הורים ברחוב, למי מתקשרים?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ללכת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להתקשר למספרי חירום בשביל לבדוק אם זה עובד.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מתרחקים מהסכנה ואז מתקשרים.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מבוגר בסביבה, לא צריך לקרוא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לדעת בעל פה את הכתובת של הבית.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לנתק את השיחה מתי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בשיחת חירום צריך לצעוק כדי שישמעו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המספר של מד״א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המספר של המשטרה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המספר של כבאות והצלה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בשיחת חירום קודם אומרים מי __________ - שם וגיל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זה אומרים 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לא __________ עד שאומרים 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שיחת החירום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איפה אני: כתובת או סימן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מי אני: שם וגיל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לשאלות ועונים ברוגע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מנתקים עד שאומרים 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מה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מצב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מצב חירום אמיתי וכתבו איך הייתם מתנהגים צעד אחרי צעד, מהרגע שרואים את הבעיה ועד סוף השיחה עם המוקדן.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מספרי החירום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אומרים ראשון כשמתקשרים למספר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אסור להתקשר למספרי חירום?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מספרי חירום ושיחת חירום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