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מספרי החירום ואת תפקיד כל 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שיחת חירום נכונה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מתי וכיצד נכון להתקשר למספרי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מספר לגוף הצלה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(מד״א)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(כבאות והצלה)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איזה מספר להתקשר?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מתקשרים רק במצב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לקרוא למבוגר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שיחת החירום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מי אני: שם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איפה אני: כתובת או סימן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 לשאלות ועונים ברוגע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מצב חירום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מד״א, 102 כבאות והצלה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מי אני - שם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כשזה לא מצב אמיתי, לבדיקה או בצחוק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שיחת חירום מדומה בזוגות לפי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שכל תלמיד יודע בעל פה את הכתובת והטלפון של ההורים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מצבים שונים ולשאול למי מתקשרים בכל 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מספרי החירום בישראל ואת הדרך הנכונה לדבר עם המוקדן כשיש מצב חירום 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100  ·  102  ·  101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בין מספר לגוף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ריח 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- איזה מספר להתקשר?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ילד נפל ונפצע ברגל,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יש עשן בבית,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להתקשר למספרי חירום בשביל לבדוק אם זה עובד.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קודם מתרחקים מהסכנה ואז מתקשרים.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מבוגר בסביבה, לא צריך לקרוא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המספר של מד״א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המספר של המשטרה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המספר של כבאות והצלה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שיחת החירום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מי אני: שם וגיל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לשאלות ועונים ברוגע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איפה אני: כתובת או סימן 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מצב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מספרי החירום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ראשון כשמתקשרים למספר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מספרי חירום ושיחת חירום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